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28" w:lineRule="auto"/>
      </w:pPr>
      <w:r>
        <w:rPr>
          <w:rFonts w:ascii="Calibri" w:hAnsi="Calibri"/>
          <w:b/>
          <w:i w:val="0"/>
          <w:color w:val="1A1A1A"/>
          <w:sz w:val="36"/>
        </w:rPr>
        <w:t>SAMI GHOUL</w:t>
      </w:r>
    </w:p>
    <w:p>
      <w:pPr>
        <w:spacing w:before="0" w:after="60" w:line="228" w:lineRule="auto"/>
      </w:pPr>
      <w:r>
        <w:rPr>
          <w:rFonts w:ascii="Calibri" w:hAnsi="Calibri"/>
          <w:b w:val="0"/>
          <w:i w:val="0"/>
          <w:color w:val="1A1A1A"/>
          <w:sz w:val="19"/>
        </w:rPr>
        <w:t>Software Engineering Student | Software Developer | Web, Desktop and Automation</w:t>
      </w:r>
    </w:p>
    <w:p>
      <w:pPr>
        <w:spacing w:before="0" w:after="20" w:line="228" w:lineRule="auto"/>
      </w:pPr>
      <w:r>
        <w:rPr>
          <w:rFonts w:ascii="Calibri" w:hAnsi="Calibri"/>
          <w:b w:val="0"/>
          <w:i w:val="0"/>
          <w:color w:val="444A50"/>
          <w:sz w:val="17"/>
        </w:rPr>
        <w:t xml:space="preserve">Béjaïa, Algeria | +213 663 764 036 | </w:t>
      </w:r>
      <w:hyperlink r:id="rId9">
        <w:r>
          <w:rPr>
            <w:rFonts w:ascii="Calibri" w:hAnsi="Calibri"/>
            <w:sz w:val="17"/>
            <w:color w:val="444A50"/>
            <w:u w:val="single"/>
          </w:rPr>
          <w:t xml:space="preserve">sami.codefree@gmail.com</w:t>
        </w:r>
      </w:hyperlink>
    </w:p>
    <w:p>
      <w:pPr>
        <w:spacing w:before="0" w:after="20" w:line="228" w:lineRule="auto"/>
      </w:pPr>
      <w:hyperlink r:id="rId10">
        <w:r>
          <w:rPr>
            <w:rFonts w:ascii="Calibri" w:hAnsi="Calibri"/>
            <w:sz w:val="17"/>
            <w:color w:val="444A50"/>
            <w:u w:val="single"/>
          </w:rPr>
          <w:t xml:space="preserve">linkedin.com/in/sami-ghoul</w:t>
        </w:r>
      </w:hyperlink>
      <w:r>
        <w:rPr>
          <w:rFonts w:ascii="Calibri" w:hAnsi="Calibri"/>
          <w:b w:val="0"/>
          <w:i w:val="0"/>
          <w:color w:val="444A50"/>
          <w:sz w:val="17"/>
        </w:rPr>
        <w:t xml:space="preserve"> | </w:t>
      </w:r>
      <w:hyperlink r:id="rId11">
        <w:r>
          <w:rPr>
            <w:rFonts w:ascii="Calibri" w:hAnsi="Calibri"/>
            <w:sz w:val="17"/>
            <w:color w:val="444A50"/>
            <w:u w:val="single"/>
          </w:rPr>
          <w:t xml:space="preserve">github.com/sami-dev-dz</w:t>
        </w:r>
      </w:hyperlink>
      <w:r>
        <w:rPr>
          <w:rFonts w:ascii="Calibri" w:hAnsi="Calibri"/>
          <w:b w:val="0"/>
          <w:i w:val="0"/>
          <w:color w:val="444A50"/>
          <w:sz w:val="17"/>
        </w:rPr>
        <w:t xml:space="preserve"> | </w:t>
      </w:r>
      <w:hyperlink r:id="rId12">
        <w:r>
          <w:rPr>
            <w:rFonts w:ascii="Calibri" w:hAnsi="Calibri"/>
            <w:sz w:val="17"/>
            <w:color w:val="444A50"/>
            <w:u w:val="single"/>
          </w:rPr>
          <w:t xml:space="preserve">portfolio-sami-dev.vercel.app</w:t>
        </w:r>
      </w:hyperlink>
    </w:p>
    <w:p>
      <w:pPr>
        <w:spacing w:before="0" w:after="20" w:line="228" w:lineRule="auto"/>
      </w:pPr>
      <w:r>
        <w:rPr>
          <w:rFonts w:ascii="Calibri" w:hAnsi="Calibri"/>
          <w:b w:val="0"/>
          <w:i w:val="0"/>
          <w:color w:val="444A50"/>
          <w:sz w:val="17"/>
        </w:rPr>
        <w:t>Arabic (native) | French (fluent) | English (professional)</w:t>
      </w:r>
    </w:p>
    <w:p>
      <w:pPr>
        <w:spacing w:before="100" w:after="40" w:line="228" w:lineRule="auto"/>
        <w:pBdr>
          <w:bottom w:val="single" w:sz="4" w:space="2" w:color="BFBFBF"/>
        </w:pBdr>
      </w:pPr>
      <w:r>
        <w:rPr>
          <w:rFonts w:ascii="Calibri" w:hAnsi="Calibri"/>
          <w:b/>
          <w:i w:val="0"/>
          <w:color w:val="1A1A1A"/>
          <w:sz w:val="18"/>
        </w:rPr>
        <w:t>SUMMARY</w:t>
      </w:r>
    </w:p>
    <w:p>
      <w:pPr>
        <w:spacing w:before="0" w:after="0" w:line="228" w:lineRule="auto"/>
      </w:pPr>
      <w:r>
        <w:rPr>
          <w:rFonts w:ascii="Calibri" w:hAnsi="Calibri"/>
          <w:b w:val="0"/>
          <w:i w:val="0"/>
          <w:color w:val="444A50"/>
          <w:sz w:val="17"/>
        </w:rPr>
        <w:t>Fourth-year software engineering student and freelance developer since 2024, looking for a software engineering internship. I build full-stack web platforms, desktop applications, and n8n automations connected to language models. Delivered for paying clients: an editorial pipeline that has published 130 articles for a news site, WhatsApp and social publishing automations, and custom software - rated 5.0/5 across five client reviews. Largest build to date is the front end of a multi-role marketplace: 44 routes and 100 components in Next.js, in French and Arabic with full right-to-left layout.</w:t>
      </w:r>
    </w:p>
    <w:p>
      <w:pPr>
        <w:spacing w:before="100" w:after="40" w:line="228" w:lineRule="auto"/>
        <w:pBdr>
          <w:bottom w:val="single" w:sz="4" w:space="2" w:color="BFBFBF"/>
        </w:pBdr>
      </w:pPr>
      <w:r>
        <w:rPr>
          <w:rFonts w:ascii="Calibri" w:hAnsi="Calibri"/>
          <w:b/>
          <w:i w:val="0"/>
          <w:color w:val="1A1A1A"/>
          <w:sz w:val="18"/>
        </w:rPr>
        <w:t>TECHNICAL SKILLS</w:t>
      </w:r>
    </w:p>
    <w:p>
      <w:pPr>
        <w:spacing w:before="0" w:after="20" w:line="228" w:lineRule="auto"/>
      </w:pPr>
      <w:r>
        <w:rPr>
          <w:rFonts w:ascii="Calibri" w:hAnsi="Calibri"/>
          <w:b/>
          <w:i w:val="0"/>
          <w:color w:val="1A1A1A"/>
          <w:sz w:val="17"/>
        </w:rPr>
        <w:t xml:space="preserve">Languages: </w:t>
      </w:r>
      <w:r>
        <w:rPr>
          <w:rFonts w:ascii="Calibri" w:hAnsi="Calibri"/>
          <w:b w:val="0"/>
          <w:i w:val="0"/>
          <w:color w:val="444A50"/>
          <w:sz w:val="17"/>
        </w:rPr>
        <w:t>JavaScript, TypeScript, Java, Python, C, SQL</w:t>
      </w:r>
    </w:p>
    <w:p>
      <w:pPr>
        <w:spacing w:before="0" w:after="20" w:line="228" w:lineRule="auto"/>
      </w:pPr>
      <w:r>
        <w:rPr>
          <w:rFonts w:ascii="Calibri" w:hAnsi="Calibri"/>
          <w:b/>
          <w:i w:val="0"/>
          <w:color w:val="1A1A1A"/>
          <w:sz w:val="17"/>
        </w:rPr>
        <w:t xml:space="preserve">Frontend: </w:t>
      </w:r>
      <w:r>
        <w:rPr>
          <w:rFonts w:ascii="Calibri" w:hAnsi="Calibri"/>
          <w:b w:val="0"/>
          <w:i w:val="0"/>
          <w:color w:val="444A50"/>
          <w:sz w:val="17"/>
        </w:rPr>
        <w:t>React, Next.js, Tailwind CSS, HTML/CSS</w:t>
      </w:r>
    </w:p>
    <w:p>
      <w:pPr>
        <w:spacing w:before="0" w:after="20" w:line="228" w:lineRule="auto"/>
      </w:pPr>
      <w:r>
        <w:rPr>
          <w:rFonts w:ascii="Calibri" w:hAnsi="Calibri"/>
          <w:b/>
          <w:i w:val="0"/>
          <w:color w:val="1A1A1A"/>
          <w:sz w:val="17"/>
        </w:rPr>
        <w:t xml:space="preserve">Backend: </w:t>
      </w:r>
      <w:r>
        <w:rPr>
          <w:rFonts w:ascii="Calibri" w:hAnsi="Calibri"/>
          <w:b w:val="0"/>
          <w:i w:val="0"/>
          <w:color w:val="444A50"/>
          <w:sz w:val="17"/>
        </w:rPr>
        <w:t>Node.js, Express, REST API integration, MVC, authentication</w:t>
      </w:r>
    </w:p>
    <w:p>
      <w:pPr>
        <w:spacing w:before="0" w:after="20" w:line="228" w:lineRule="auto"/>
      </w:pPr>
      <w:r>
        <w:rPr>
          <w:rFonts w:ascii="Calibri" w:hAnsi="Calibri"/>
          <w:b/>
          <w:i w:val="0"/>
          <w:color w:val="1A1A1A"/>
          <w:sz w:val="17"/>
        </w:rPr>
        <w:t xml:space="preserve">Databases: </w:t>
      </w:r>
      <w:r>
        <w:rPr>
          <w:rFonts w:ascii="Calibri" w:hAnsi="Calibri"/>
          <w:b w:val="0"/>
          <w:i w:val="0"/>
          <w:color w:val="444A50"/>
          <w:sz w:val="17"/>
        </w:rPr>
        <w:t>MySQL, Oracle, MongoDB, SQLite</w:t>
      </w:r>
    </w:p>
    <w:p>
      <w:pPr>
        <w:spacing w:before="0" w:after="20" w:line="228" w:lineRule="auto"/>
      </w:pPr>
      <w:r>
        <w:rPr>
          <w:rFonts w:ascii="Calibri" w:hAnsi="Calibri"/>
          <w:b/>
          <w:i w:val="0"/>
          <w:color w:val="1A1A1A"/>
          <w:sz w:val="17"/>
        </w:rPr>
        <w:t xml:space="preserve">AI and automation: </w:t>
      </w:r>
      <w:r>
        <w:rPr>
          <w:rFonts w:ascii="Calibri" w:hAnsi="Calibri"/>
          <w:b w:val="0"/>
          <w:i w:val="0"/>
          <w:color w:val="444A50"/>
          <w:sz w:val="17"/>
        </w:rPr>
        <w:t>n8n, LangChain, RAG, Pinecone, Ollama, DeepSeek, webhooks</w:t>
      </w:r>
    </w:p>
    <w:p>
      <w:pPr>
        <w:spacing w:before="0" w:after="20" w:line="228" w:lineRule="auto"/>
      </w:pPr>
      <w:r>
        <w:rPr>
          <w:rFonts w:ascii="Calibri" w:hAnsi="Calibri"/>
          <w:b/>
          <w:i w:val="0"/>
          <w:color w:val="1A1A1A"/>
          <w:sz w:val="17"/>
        </w:rPr>
        <w:t xml:space="preserve">Engineering: </w:t>
      </w:r>
      <w:r>
        <w:rPr>
          <w:rFonts w:ascii="Calibri" w:hAnsi="Calibri"/>
          <w:b w:val="0"/>
          <w:i w:val="0"/>
          <w:color w:val="444A50"/>
          <w:sz w:val="17"/>
        </w:rPr>
        <w:t>Object-oriented programming, data structures and algorithms, system design, software development</w:t>
      </w:r>
    </w:p>
    <w:p>
      <w:pPr>
        <w:spacing w:before="0" w:after="20" w:line="228" w:lineRule="auto"/>
      </w:pPr>
      <w:r>
        <w:rPr>
          <w:rFonts w:ascii="Calibri" w:hAnsi="Calibri"/>
          <w:b/>
          <w:i w:val="0"/>
          <w:color w:val="1A1A1A"/>
          <w:sz w:val="17"/>
        </w:rPr>
        <w:t xml:space="preserve">Testing and tooling: </w:t>
      </w:r>
      <w:r>
        <w:rPr>
          <w:rFonts w:ascii="Calibri" w:hAnsi="Calibri"/>
          <w:b w:val="0"/>
          <w:i w:val="0"/>
          <w:color w:val="444A50"/>
          <w:sz w:val="17"/>
        </w:rPr>
        <w:t>Playwright end-to-end tests, Git version control, Docker, Linux, Maven</w:t>
      </w:r>
    </w:p>
    <w:p>
      <w:pPr>
        <w:spacing w:before="100" w:after="40" w:line="228" w:lineRule="auto"/>
        <w:pBdr>
          <w:bottom w:val="single" w:sz="4" w:space="2" w:color="BFBFBF"/>
        </w:pBdr>
      </w:pPr>
      <w:r>
        <w:rPr>
          <w:rFonts w:ascii="Calibri" w:hAnsi="Calibri"/>
          <w:b/>
          <w:i w:val="0"/>
          <w:color w:val="1A1A1A"/>
          <w:sz w:val="18"/>
        </w:rPr>
        <w:t>PROFESSIONAL EXPERIENCE</w:t>
      </w:r>
    </w:p>
    <w:p>
      <w:pPr>
        <w:tabs>
          <w:tab w:pos="10205" w:val="right"/>
        </w:tabs>
        <w:spacing w:before="60" w:after="0" w:line="228" w:lineRule="auto"/>
      </w:pPr>
      <w:r>
        <w:rPr>
          <w:rFonts w:ascii="Calibri" w:hAnsi="Calibri"/>
          <w:b/>
          <w:i w:val="0"/>
          <w:color w:val="1A1A1A"/>
          <w:sz w:val="19"/>
        </w:rPr>
        <w:t>Freelance developer</w:t>
      </w:r>
      <w:r>
        <w:rPr>
          <w:rFonts w:ascii="Calibri" w:hAnsi="Calibri"/>
          <w:b w:val="0"/>
          <w:i w:val="0"/>
          <w:color w:val="444A50"/>
          <w:sz w:val="17"/>
        </w:rPr>
        <w:tab/>
        <w:t>Jan 2024 - Present</w:t>
      </w:r>
    </w:p>
    <w:p>
      <w:pPr>
        <w:spacing w:before="0" w:after="40" w:line="228" w:lineRule="auto"/>
      </w:pPr>
      <w:r>
        <w:rPr>
          <w:rFonts w:ascii="Calibri" w:hAnsi="Calibri"/>
          <w:b w:val="0"/>
          <w:i/>
          <w:color w:val="444A50"/>
          <w:sz w:val="17"/>
        </w:rPr>
        <w:t>Remote - 5.0/5 across 5 client reviews: khamsat.com/user/sami_dev_dz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WordPress site and automated editorial pipeline for Dro3 Tech, an Arabic technology outlet: four RSS feeds, two-stage deduplication (in-memory cache, then WordPress API), drafts written by Gemini 2.5 Pro, and a Telegram approval gate before anything goes live. 130 articles published to date. Released the workflow open-source, sanitised: github.com/sami-dev-dz/quillrail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n8n automations across client engagements: WhatsApp messaging, scheduled publishing to Instagram, X and Telegram, and web form processing into Google Sheets.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Web applications and desktop software built to client specification, alongside the automation work. Every workflow is handed over readable and modifiable by the client's own team.</w:t>
      </w:r>
    </w:p>
    <w:p>
      <w:pPr>
        <w:spacing w:before="100" w:after="40" w:line="228" w:lineRule="auto"/>
        <w:pBdr>
          <w:bottom w:val="single" w:sz="4" w:space="2" w:color="BFBFBF"/>
        </w:pBdr>
      </w:pPr>
      <w:r>
        <w:rPr>
          <w:rFonts w:ascii="Calibri" w:hAnsi="Calibri"/>
          <w:b/>
          <w:i w:val="0"/>
          <w:color w:val="1A1A1A"/>
          <w:sz w:val="18"/>
        </w:rPr>
        <w:t>PROJECTS</w:t>
      </w:r>
    </w:p>
    <w:p>
      <w:pPr>
        <w:tabs>
          <w:tab w:pos="10205" w:val="right"/>
        </w:tabs>
        <w:spacing w:before="60" w:after="0" w:line="228" w:lineRule="auto"/>
      </w:pPr>
      <w:r>
        <w:rPr>
          <w:rFonts w:ascii="Calibri" w:hAnsi="Calibri"/>
          <w:b/>
          <w:i w:val="0"/>
          <w:color w:val="1A1A1A"/>
          <w:sz w:val="19"/>
        </w:rPr>
        <w:t>DzArtisan - marketplace for tradespeople in Algeria</w:t>
      </w:r>
      <w:r>
        <w:rPr>
          <w:rFonts w:ascii="Calibri" w:hAnsi="Calibri"/>
          <w:b w:val="0"/>
          <w:i w:val="0"/>
          <w:color w:val="444A50"/>
          <w:sz w:val="17"/>
        </w:rPr>
        <w:tab/>
        <w:t>2026</w:t>
      </w:r>
    </w:p>
    <w:p>
      <w:pPr>
        <w:spacing w:before="0" w:after="40" w:line="228" w:lineRule="auto"/>
      </w:pPr>
      <w:r>
        <w:rPr>
          <w:rFonts w:ascii="Calibri" w:hAnsi="Calibri"/>
          <w:b w:val="0"/>
          <w:i/>
          <w:color w:val="444A50"/>
          <w:sz w:val="17"/>
        </w:rPr>
        <w:t>Next.js 16, React, Tailwind CSS, WebSockets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Two-person project. I built the entire front end against my project partner's Laravel API: 44 routes and 100 components across 180 files, around 28,000 lines.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Public site, client dashboard, tradesperson dashboard and admin back office, each with its own permissions, served from one codebase.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Real-time messaging and notifications consumed over WebSockets.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Shipped French and Arabic interfaces with full right-to-left layout, and geographic search across Algerian wilayas and communes.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Live demo: dzartisan-rs.vercel.app</w:t>
      </w:r>
    </w:p>
    <w:p>
      <w:pPr>
        <w:tabs>
          <w:tab w:pos="10205" w:val="right"/>
        </w:tabs>
        <w:spacing w:before="60" w:after="0" w:line="228" w:lineRule="auto"/>
      </w:pPr>
      <w:r>
        <w:rPr>
          <w:rFonts w:ascii="Calibri" w:hAnsi="Calibri"/>
          <w:b/>
          <w:i w:val="0"/>
          <w:color w:val="1A1A1A"/>
          <w:sz w:val="19"/>
        </w:rPr>
        <w:t>Financial RAG chatbot</w:t>
      </w:r>
      <w:r>
        <w:rPr>
          <w:rFonts w:ascii="Calibri" w:hAnsi="Calibri"/>
          <w:b w:val="0"/>
          <w:i w:val="0"/>
          <w:color w:val="444A50"/>
          <w:sz w:val="17"/>
        </w:rPr>
        <w:tab/>
        <w:t>2025</w:t>
      </w:r>
    </w:p>
    <w:p>
      <w:pPr>
        <w:spacing w:before="0" w:after="40" w:line="228" w:lineRule="auto"/>
      </w:pPr>
      <w:r>
        <w:rPr>
          <w:rFonts w:ascii="Calibri" w:hAnsi="Calibri"/>
          <w:b w:val="0"/>
          <w:i/>
          <w:color w:val="444A50"/>
          <w:sz w:val="17"/>
        </w:rPr>
        <w:t>n8n, LangChain, Pinecone, Ollama (DeepSeek v3.1), Google Drive API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Retrieval pipeline answering questions on Apple quarterly financial reports, returning the source passage so every answer can be verified rather than trusted.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Scheduled ingestion from Google Drive, recursive chunking, nomic-embed-text embeddings, Pinecone for similarity search.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Ran the model locally through Ollama instead of a hosted API: no per-query cost and no document leaves the machine.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Repository: n8n-financial-rag-chatbot</w:t>
      </w:r>
    </w:p>
    <w:p>
      <w:pPr>
        <w:tabs>
          <w:tab w:pos="10205" w:val="right"/>
        </w:tabs>
        <w:spacing w:before="60" w:after="0" w:line="228" w:lineRule="auto"/>
      </w:pPr>
      <w:r>
        <w:rPr>
          <w:rFonts w:ascii="Calibri" w:hAnsi="Calibri"/>
          <w:b/>
          <w:i w:val="0"/>
          <w:color w:val="1A1A1A"/>
          <w:sz w:val="19"/>
        </w:rPr>
        <w:t>BusTrack CRM</w:t>
      </w:r>
      <w:r>
        <w:rPr>
          <w:rFonts w:ascii="Calibri" w:hAnsi="Calibri"/>
          <w:b w:val="0"/>
          <w:i w:val="0"/>
          <w:color w:val="444A50"/>
          <w:sz w:val="17"/>
        </w:rPr>
        <w:tab/>
        <w:t>2025</w:t>
      </w:r>
    </w:p>
    <w:p>
      <w:pPr>
        <w:spacing w:before="0" w:after="40" w:line="228" w:lineRule="auto"/>
      </w:pPr>
      <w:r>
        <w:rPr>
          <w:rFonts w:ascii="Calibri" w:hAnsi="Calibri"/>
          <w:b w:val="0"/>
          <w:i/>
          <w:color w:val="444A50"/>
          <w:sz w:val="17"/>
        </w:rPr>
        <w:t>Java, Swing, FlatLaf, SQLite, Maven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Desktop CRM for a passenger transport fleet, built to run offline because the target workstation has no guaranteed network connection.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Embedded SQLite so there is no server to administer, with relational constraints that reject at entry the duplicates the previous spreadsheet allowed.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Reproducible Maven build producing a single installable executable. Repository: BusTrack-CRM</w:t>
      </w:r>
    </w:p>
    <w:p>
      <w:pPr>
        <w:tabs>
          <w:tab w:pos="10205" w:val="right"/>
        </w:tabs>
        <w:spacing w:before="60" w:after="0" w:line="228" w:lineRule="auto"/>
      </w:pPr>
      <w:r>
        <w:rPr>
          <w:rFonts w:ascii="Calibri" w:hAnsi="Calibri"/>
          <w:b/>
          <w:i w:val="0"/>
          <w:color w:val="1A1A1A"/>
          <w:sz w:val="19"/>
        </w:rPr>
        <w:t>UniRide - campus carpooling platform</w:t>
      </w:r>
      <w:r>
        <w:rPr>
          <w:rFonts w:ascii="Calibri" w:hAnsi="Calibri"/>
          <w:b w:val="0"/>
          <w:i w:val="0"/>
          <w:color w:val="444A50"/>
          <w:sz w:val="17"/>
        </w:rPr>
        <w:tab/>
        <w:t>2025</w:t>
      </w:r>
    </w:p>
    <w:p>
      <w:pPr>
        <w:spacing w:before="0" w:after="40" w:line="228" w:lineRule="auto"/>
      </w:pPr>
      <w:r>
        <w:rPr>
          <w:rFonts w:ascii="Calibri" w:hAnsi="Calibri"/>
          <w:b w:val="0"/>
          <w:i/>
          <w:color w:val="444A50"/>
          <w:sz w:val="17"/>
        </w:rPr>
        <w:t>JavaScript, PHP, MVC, MySQL, REST</w:t>
      </w:r>
    </w:p>
    <w:p>
      <w:pPr>
        <w:spacing w:before="0" w:after="20" w:line="228" w:lineRule="auto"/>
        <w:ind w:left="283" w:hanging="283"/>
      </w:pPr>
      <w:r>
        <w:rPr>
          <w:rFonts w:ascii="Calibri" w:hAnsi="Calibri"/>
          <w:b w:val="0"/>
          <w:i w:val="0"/>
          <w:color w:val="444A50"/>
          <w:sz w:val="17"/>
        </w:rPr>
        <w:t>- Two-person project on a hand-written MVC structure, no framework. I built the JavaScript interface against the REST API and designed the database schema with my project partner, who wrote the PHP backend. Repository: UniRide</w:t>
      </w:r>
    </w:p>
    <w:p>
      <w:pPr>
        <w:spacing w:before="100" w:after="40" w:line="228" w:lineRule="auto"/>
        <w:pBdr>
          <w:bottom w:val="single" w:sz="4" w:space="2" w:color="BFBFBF"/>
        </w:pBdr>
      </w:pPr>
      <w:r>
        <w:rPr>
          <w:rFonts w:ascii="Calibri" w:hAnsi="Calibri"/>
          <w:b/>
          <w:i w:val="0"/>
          <w:color w:val="1A1A1A"/>
          <w:sz w:val="18"/>
        </w:rPr>
        <w:t>CERTIFICATIONS</w:t>
      </w:r>
    </w:p>
    <w:p>
      <w:pPr>
        <w:spacing w:before="0" w:after="20" w:line="228" w:lineRule="auto"/>
      </w:pPr>
      <w:r>
        <w:rPr>
          <w:rFonts w:ascii="Calibri" w:hAnsi="Calibri"/>
          <w:b w:val="0"/>
          <w:i w:val="0"/>
          <w:color w:val="444A50"/>
          <w:sz w:val="17"/>
        </w:rPr>
        <w:t>Software Engineer - HackerRank, Jan 2026 (problem solving, SQL, REST API)</w:t>
      </w:r>
    </w:p>
    <w:p>
      <w:pPr>
        <w:spacing w:before="0" w:after="20" w:line="228" w:lineRule="auto"/>
      </w:pPr>
      <w:r>
        <w:rPr>
          <w:rFonts w:ascii="Calibri" w:hAnsi="Calibri"/>
          <w:b w:val="0"/>
          <w:i w:val="0"/>
          <w:color w:val="444A50"/>
          <w:sz w:val="17"/>
        </w:rPr>
        <w:t>SQL (Advanced) - HackerRank, Jan 2026</w:t>
      </w:r>
    </w:p>
    <w:p>
      <w:pPr>
        <w:spacing w:before="0" w:after="20" w:line="228" w:lineRule="auto"/>
      </w:pPr>
      <w:r>
        <w:rPr>
          <w:rFonts w:ascii="Calibri" w:hAnsi="Calibri"/>
          <w:b w:val="0"/>
          <w:i w:val="0"/>
          <w:color w:val="444A50"/>
          <w:sz w:val="17"/>
        </w:rPr>
        <w:t>The Ultimate React Course - Udemy, Jan 2026</w:t>
      </w:r>
    </w:p>
    <w:p>
      <w:pPr>
        <w:spacing w:before="0" w:after="20" w:line="228" w:lineRule="auto"/>
      </w:pPr>
      <w:r>
        <w:rPr>
          <w:rFonts w:ascii="Calibri" w:hAnsi="Calibri"/>
          <w:b w:val="0"/>
          <w:i w:val="0"/>
          <w:color w:val="444A50"/>
          <w:sz w:val="17"/>
        </w:rPr>
        <w:t>Git - Simplilearn, Jan 2026</w:t>
      </w:r>
    </w:p>
    <w:p>
      <w:pPr>
        <w:spacing w:before="100" w:after="40" w:line="228" w:lineRule="auto"/>
        <w:pBdr>
          <w:bottom w:val="single" w:sz="4" w:space="2" w:color="BFBFBF"/>
        </w:pBdr>
      </w:pPr>
      <w:r>
        <w:rPr>
          <w:rFonts w:ascii="Calibri" w:hAnsi="Calibri"/>
          <w:b/>
          <w:i w:val="0"/>
          <w:color w:val="1A1A1A"/>
          <w:sz w:val="18"/>
        </w:rPr>
        <w:t>EDUCATION</w:t>
      </w:r>
    </w:p>
    <w:p>
      <w:pPr>
        <w:tabs>
          <w:tab w:pos="10205" w:val="right"/>
        </w:tabs>
        <w:spacing w:before="0" w:after="20" w:line="228" w:lineRule="auto"/>
      </w:pPr>
      <w:r>
        <w:rPr>
          <w:rFonts w:ascii="Calibri" w:hAnsi="Calibri"/>
          <w:b/>
          <w:i w:val="0"/>
          <w:color w:val="1A1A1A"/>
          <w:sz w:val="18"/>
        </w:rPr>
        <w:t>Engineering Degree in Software Engineering - fourth year</w:t>
      </w:r>
      <w:r>
        <w:rPr>
          <w:rFonts w:ascii="Calibri" w:hAnsi="Calibri"/>
          <w:b w:val="0"/>
          <w:i w:val="0"/>
          <w:color w:val="444A50"/>
          <w:sz w:val="17"/>
        </w:rPr>
        <w:tab/>
        <w:t>Sep 2023 - Jun 2028 (expected)</w:t>
      </w:r>
    </w:p>
    <w:p>
      <w:pPr>
        <w:spacing w:before="0" w:after="0" w:line="228" w:lineRule="auto"/>
      </w:pPr>
      <w:r>
        <w:rPr>
          <w:rFonts w:ascii="Calibri" w:hAnsi="Calibri"/>
          <w:b w:val="0"/>
          <w:i w:val="0"/>
          <w:color w:val="444A50"/>
          <w:sz w:val="17"/>
        </w:rPr>
        <w:t>Université Abderrahmane Mira, Béjaïa, Algeria</w:t>
      </w:r>
    </w:p>
    <w:sectPr w:rsidR="00FC693F" w:rsidRPr="0006063C" w:rsidSect="00034616">
      <w:pgSz w:w="12240" w:h="15840"/>
      <w:pgMar w:top="624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sami.codefree@gmail.com" TargetMode="External"/><Relationship Id="rId10" Type="http://schemas.openxmlformats.org/officeDocument/2006/relationships/hyperlink" Target="https://www.linkedin.com/in/sami-ghoul/" TargetMode="External"/><Relationship Id="rId11" Type="http://schemas.openxmlformats.org/officeDocument/2006/relationships/hyperlink" Target="https://github.com/sami-dev-dz" TargetMode="External"/><Relationship Id="rId12" Type="http://schemas.openxmlformats.org/officeDocument/2006/relationships/hyperlink" Target="https://portfolio-sami-dev.vercel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Sami Ghoul - Software Engineer CV</dc:title>
  <dc:subject>Curriculum Vitae</dc:subject>
  <dc:creator>Sami Ghoul</dc:creator>
  <cp:keywords>software engineer, Laravel, Next.js, React, n8n, RAG, PHP, JavaScript, Java, REST API, WebSockets, MySQL, Oracle, Docker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